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Syed Muhammad Danish Mehmood</w:t>
      </w:r>
    </w:p>
    <w:p>
      <w:pPr>
        <w:pStyle w:val="Subtitle"/>
        <w:jc w:val="center"/>
      </w:pPr>
      <w:r>
        <w:t>AGENTIC AI TRAINEE | GENERATIVE AI | LLM APPLICATIONS</w:t>
      </w:r>
    </w:p>
    <w:p>
      <w:pPr>
        <w:jc w:val="center"/>
      </w:pPr>
      <w:r>
        <w:rPr>
          <w:sz w:val="19"/>
        </w:rPr>
        <w:t xml:space="preserve">Karachi, Pakistan  |  </w:t>
      </w:r>
      <w:hyperlink r:id="rId9">
        <w:r>
          <w:rPr>
            <w:rFonts w:ascii="Times New Roman" w:hAnsi="Times New Roman"/>
            <w:color w:val="1F4074"/>
            <w:sz w:val="19"/>
          </w:rPr>
          <w:t>danishx951@gmail.com</w:t>
        </w:r>
      </w:hyperlink>
      <w:r>
        <w:rPr>
          <w:sz w:val="19"/>
        </w:rPr>
        <w:t xml:space="preserve">  |  </w:t>
      </w:r>
      <w:hyperlink r:id="rId10">
        <w:r>
          <w:rPr>
            <w:rFonts w:ascii="Times New Roman" w:hAnsi="Times New Roman"/>
            <w:color w:val="1F4074"/>
            <w:sz w:val="19"/>
          </w:rPr>
          <w:t>linkedin.com/in/danish-m-khalid</w:t>
        </w:r>
      </w:hyperlink>
      <w:r>
        <w:rPr>
          <w:sz w:val="19"/>
        </w:rPr>
        <w:t xml:space="preserve">  |  </w:t>
      </w:r>
      <w:hyperlink r:id="rId11">
        <w:r>
          <w:rPr>
            <w:rFonts w:ascii="Times New Roman" w:hAnsi="Times New Roman"/>
            <w:color w:val="1F4074"/>
            <w:sz w:val="19"/>
          </w:rPr>
          <w:t>github.com/Idanish123</w:t>
        </w:r>
      </w:hyperlink>
    </w:p>
    <w:p>
      <w:pPr>
        <w:spacing w:before="0" w:after="0" w:line="240" w:lineRule="auto"/>
        <w:jc w:val="center"/>
      </w:pPr>
      <w:r>
        <w:rPr>
          <w:sz w:val="19"/>
        </w:rPr>
        <w:t xml:space="preserve">Portfolio: </w:t>
      </w:r>
      <w:hyperlink r:id="rId15">
        <w:r>
          <w:rPr>
            <w:rFonts w:ascii="Times New Roman" w:hAnsi="Times New Roman"/>
            <w:color w:val="1F4074"/>
            <w:sz w:val="19"/>
          </w:rPr>
          <w:t>danish-mehmood-ai.vercel.app</w:t>
        </w:r>
      </w:hyperlink>
    </w:p>
    <w:p>
      <w:pPr>
        <w:pStyle w:val="Heading1"/>
        <w:pBdr>
          <w:bottom w:val="single" w:sz="4" w:space="1" w:color="888888"/>
        </w:pBdr>
      </w:pPr>
      <w:r>
        <w:t>PROFILE</w:t>
      </w:r>
    </w:p>
    <w:p>
      <w:r>
        <w:rPr>
          <w:b w:val="0"/>
          <w:i w:val="0"/>
        </w:rPr>
        <w:t>Computer Science graduate building Python applications with AI agents, retrieval-augmented generation, and LLM APIs. Built a 3-agent CrewAI research workflow and a LangGraph RAG assistant with hybrid search, citation verification, and evaluation tooling. Seeking an Agentic AI Trainee role.</w:t>
      </w:r>
    </w:p>
    <w:p>
      <w:pPr>
        <w:pStyle w:val="Heading1"/>
        <w:pBdr>
          <w:bottom w:val="single" w:sz="4" w:space="1" w:color="888888"/>
        </w:pBdr>
      </w:pPr>
      <w:r>
        <w:t>TECHNICAL SKILLS</w:t>
      </w:r>
    </w:p>
    <w:p>
      <w:r>
        <w:rPr>
          <w:b/>
        </w:rPr>
        <w:t xml:space="preserve">AI and Agents: </w:t>
      </w:r>
      <w:r>
        <w:t>Python, Generative AI, LLMs, CrewAI, LangGraph, LangChain, agent orchestration, tool calling, prompt engineering, OpenAI API, Gemini API</w:t>
      </w:r>
    </w:p>
    <w:p>
      <w:r>
        <w:rPr>
          <w:b/>
        </w:rPr>
        <w:t xml:space="preserve">RAG and Reliability: </w:t>
      </w:r>
      <w:r>
        <w:t>Qdrant vector database, embeddings, BM25 hybrid search, structured outputs, citation verification, guardrails, LLM evaluation, token and cost tracking</w:t>
      </w:r>
    </w:p>
    <w:p>
      <w:r>
        <w:rPr>
          <w:b/>
        </w:rPr>
        <w:t xml:space="preserve">Application Engineering: </w:t>
      </w:r>
      <w:r>
        <w:t>FastAPI, Flask, REST APIs, Pydantic, SQL, SQLite, Firebase, React, JavaScript, Flutter, Git, GitHub, Linux, automated testing</w:t>
      </w:r>
    </w:p>
    <w:p>
      <w:pPr>
        <w:pStyle w:val="Heading1"/>
        <w:pBdr>
          <w:bottom w:val="single" w:sz="4" w:space="1" w:color="888888"/>
        </w:pBdr>
      </w:pPr>
      <w:r>
        <w:t>PROJECTS</w:t>
      </w:r>
    </w:p>
    <w:p>
      <w:pPr>
        <w:keepNext/>
        <w:tabs>
          <w:tab w:pos="10656" w:val="right"/>
        </w:tabs>
      </w:pPr>
      <w:r>
        <w:rPr>
          <w:b/>
          <w:i w:val="0"/>
        </w:rPr>
        <w:t>Notebook RAG - Agentic Research Assistant</w:t>
      </w:r>
      <w:r>
        <w:rPr>
          <w:b w:val="0"/>
          <w:i w:val="0"/>
        </w:rPr>
        <w:tab/>
        <w:t>Oct. 2026 - Present</w:t>
      </w:r>
    </w:p>
    <w:p>
      <w:pPr>
        <w:keepNext/>
        <w:tabs>
          <w:tab w:pos="10656" w:val="right"/>
        </w:tabs>
      </w:pPr>
      <w:r>
        <w:rPr>
          <w:b w:val="0"/>
          <w:i/>
          <w:sz w:val="20"/>
        </w:rPr>
        <w:t>Python, FastAPI, LangGraph, LangChain, Qdrant, Gemini API, React</w:t>
      </w:r>
      <w:r>
        <w:rPr>
          <w:b w:val="0"/>
          <w:i/>
          <w:sz w:val="20"/>
        </w:rPr>
        <w:tab/>
      </w:r>
      <w:hyperlink r:id="rId12">
        <w:r>
          <w:rPr>
            <w:rFonts w:ascii="Times New Roman" w:hAnsi="Times New Roman"/>
            <w:color w:val="1F4074"/>
            <w:sz w:val="20"/>
          </w:rPr>
          <w:t>GitHub</w:t>
        </w:r>
      </w:hyperlink>
    </w:p>
    <w:p>
      <w:pPr>
        <w:pStyle w:val="ListBullet"/>
        <w:widowControl/>
        <w:ind w:left="216" w:hanging="173"/>
      </w:pPr>
      <w:r>
        <w:t>Built a Python/FastAPI research assistant that retrieves document evidence using Gemini embeddings and BM25 hybrid search in Qdrant, with a React interface.</w:t>
      </w:r>
    </w:p>
    <w:p>
      <w:pPr>
        <w:pStyle w:val="ListBullet"/>
        <w:widowControl/>
        <w:ind w:left="216" w:hanging="173"/>
      </w:pPr>
      <w:r>
        <w:t>Designed a LangGraph workflow to rewrite queries, grade evidence, and limit retrieval to 2 attempts; added claim-level citation verification, answer repair, and abstention when sources are insufficient.</w:t>
      </w:r>
    </w:p>
    <w:p>
      <w:pPr>
        <w:pStyle w:val="ListBullet"/>
        <w:widowControl/>
        <w:ind w:left="216" w:hanging="173"/>
      </w:pPr>
      <w:r>
        <w:t>Implemented an evaluation harness for faithfulness, citation precision, Recall@k, and MRR, with per-run token, latency, and estimated cost tracking.</w:t>
      </w:r>
    </w:p>
    <w:p>
      <w:pPr>
        <w:keepNext/>
        <w:tabs>
          <w:tab w:pos="10656" w:val="right"/>
        </w:tabs>
      </w:pPr>
      <w:r>
        <w:rPr>
          <w:b/>
          <w:i w:val="0"/>
        </w:rPr>
        <w:t>Synapse - Multi-Agent Market Research System</w:t>
      </w:r>
      <w:r>
        <w:rPr>
          <w:b w:val="0"/>
          <w:i w:val="0"/>
        </w:rPr>
        <w:tab/>
        <w:t>2026</w:t>
      </w:r>
    </w:p>
    <w:p>
      <w:pPr>
        <w:keepNext/>
        <w:tabs>
          <w:tab w:pos="10656" w:val="right"/>
        </w:tabs>
      </w:pPr>
      <w:r>
        <w:rPr>
          <w:b w:val="0"/>
          <w:i/>
          <w:sz w:val="20"/>
        </w:rPr>
        <w:t>Python, CrewAI, OpenAI API, Flask, Socket.IO, React, SQLite</w:t>
      </w:r>
      <w:r>
        <w:rPr>
          <w:b w:val="0"/>
          <w:i/>
          <w:sz w:val="20"/>
        </w:rPr>
        <w:tab/>
      </w:r>
      <w:hyperlink r:id="rId13">
        <w:r>
          <w:rPr>
            <w:rFonts w:ascii="Times New Roman" w:hAnsi="Times New Roman"/>
            <w:color w:val="1F4074"/>
            <w:sz w:val="20"/>
          </w:rPr>
          <w:t>GitHub</w:t>
        </w:r>
      </w:hyperlink>
    </w:p>
    <w:p>
      <w:pPr>
        <w:pStyle w:val="ListBullet"/>
        <w:widowControl/>
        <w:ind w:left="216" w:hanging="173"/>
      </w:pPr>
      <w:r>
        <w:t>Built a 3-agent CrewAI workflow that passes web research to a strategic analyst and executive editor to assemble a report with 9 sections covering trends, SWOT analysis, risks, and recommendations.</w:t>
      </w:r>
    </w:p>
    <w:p>
      <w:pPr>
        <w:pStyle w:val="ListBullet"/>
        <w:widowControl/>
        <w:ind w:left="216" w:hanging="173"/>
      </w:pPr>
      <w:r>
        <w:t>Implemented custom web-search tool calling, sequential task handoffs, and workflow automation; streamed agent progress through Socket.IO and saved reports to SQLite for review and Markdown export.</w:t>
      </w:r>
    </w:p>
    <w:p>
      <w:pPr>
        <w:keepNext/>
        <w:tabs>
          <w:tab w:pos="10656" w:val="right"/>
        </w:tabs>
      </w:pPr>
      <w:r>
        <w:rPr>
          <w:b/>
          <w:i w:val="0"/>
        </w:rPr>
        <w:t>Sign Language to Text and Speech - AI Application</w:t>
      </w:r>
      <w:r>
        <w:rPr>
          <w:b w:val="0"/>
          <w:i w:val="0"/>
        </w:rPr>
        <w:tab/>
        <w:t>Final-Year Project</w:t>
      </w:r>
    </w:p>
    <w:p>
      <w:pPr>
        <w:keepNext/>
        <w:tabs>
          <w:tab w:pos="10656" w:val="right"/>
        </w:tabs>
      </w:pPr>
      <w:r>
        <w:rPr>
          <w:b w:val="0"/>
          <w:i/>
          <w:sz w:val="20"/>
        </w:rPr>
        <w:t>Python, Gemini API, Flask, Pydantic, Flutter, Firebase</w:t>
      </w:r>
      <w:r>
        <w:rPr>
          <w:b w:val="0"/>
          <w:i/>
          <w:sz w:val="20"/>
        </w:rPr>
        <w:tab/>
      </w:r>
      <w:hyperlink r:id="rId14">
        <w:r>
          <w:rPr>
            <w:rFonts w:ascii="Times New Roman" w:hAnsi="Times New Roman"/>
            <w:color w:val="1F4074"/>
            <w:sz w:val="20"/>
          </w:rPr>
          <w:t>GitHub</w:t>
        </w:r>
      </w:hyperlink>
    </w:p>
    <w:p>
      <w:pPr>
        <w:pStyle w:val="ListBullet"/>
        <w:widowControl/>
        <w:ind w:left="216" w:hanging="173"/>
      </w:pPr>
      <w:r>
        <w:t>Connected a Flutter image/video application to a Flask backend and Gemini multimodal API for sign-language interpretation, returning structured text for frontend speech output.</w:t>
      </w:r>
    </w:p>
    <w:p>
      <w:pPr>
        <w:pStyle w:val="ListBullet"/>
        <w:widowControl/>
        <w:ind w:left="216" w:hanging="173"/>
      </w:pPr>
      <w:r>
        <w:t>Added Pydantic response validation, Firebase authentication, provider deadlines, and temporary-media cleanup; covered backend request and provider error handling with automated tests.</w:t>
      </w:r>
    </w:p>
    <w:p>
      <w:pPr>
        <w:pStyle w:val="Heading1"/>
        <w:pBdr>
          <w:bottom w:val="single" w:sz="4" w:space="1" w:color="888888"/>
        </w:pBdr>
      </w:pPr>
      <w:r>
        <w:t>EDUCATION</w:t>
      </w:r>
    </w:p>
    <w:p>
      <w:pPr>
        <w:keepNext/>
        <w:tabs>
          <w:tab w:pos="10656" w:val="right"/>
        </w:tabs>
      </w:pPr>
      <w:r>
        <w:rPr>
          <w:b/>
          <w:i w:val="0"/>
        </w:rPr>
        <w:t>Karachi Institute of Economics and Technology (KIET)</w:t>
      </w:r>
      <w:r>
        <w:rPr>
          <w:b w:val="0"/>
          <w:i w:val="0"/>
        </w:rPr>
        <w:tab/>
        <w:t>Karachi, Pakistan</w:t>
      </w:r>
    </w:p>
    <w:p>
      <w:pPr>
        <w:keepNext/>
        <w:tabs>
          <w:tab w:pos="10656" w:val="right"/>
        </w:tabs>
      </w:pPr>
      <w:r>
        <w:rPr>
          <w:b w:val="0"/>
          <w:i w:val="0"/>
        </w:rPr>
        <w:t>Bachelor of Science in Computer Science</w:t>
      </w:r>
      <w:r>
        <w:rPr>
          <w:b w:val="0"/>
          <w:i w:val="0"/>
        </w:rPr>
        <w:tab/>
        <w:t>2022 - 2026</w:t>
      </w:r>
    </w:p>
    <w:p>
      <w:pPr>
        <w:keepNext/>
        <w:tabs>
          <w:tab w:pos="10656" w:val="right"/>
        </w:tabs>
      </w:pPr>
      <w:r>
        <w:t>Intermediate Pre-Eng. BIEK</w:t>
      </w:r>
      <w:r>
        <w:tab/>
        <w:t>2020 - 2021</w:t>
      </w:r>
    </w:p>
    <w:p>
      <w:pPr>
        <w:keepNext/>
        <w:tabs>
          <w:tab w:pos="10656" w:val="right"/>
        </w:tabs>
      </w:pPr>
      <w:r>
        <w:t>O' Levels Computer Science, University of Cambridge</w:t>
      </w:r>
      <w:r>
        <w:tab/>
        <w:t>2018 - 2019</w:t>
      </w:r>
    </w:p>
    <w:p>
      <w:pPr>
        <w:pStyle w:val="Heading1"/>
        <w:pBdr>
          <w:bottom w:val="single" w:sz="4" w:space="1" w:color="888888"/>
        </w:pBdr>
      </w:pPr>
      <w:r>
        <w:t>EXPERIENCE</w:t>
      </w:r>
    </w:p>
    <w:p>
      <w:pPr>
        <w:keepNext/>
        <w:tabs>
          <w:tab w:pos="10656" w:val="right"/>
        </w:tabs>
      </w:pPr>
      <w:r>
        <w:rPr>
          <w:b/>
          <w:i w:val="0"/>
        </w:rPr>
        <w:t>Shahnawaz Private Limited</w:t>
      </w:r>
      <w:r>
        <w:rPr>
          <w:b w:val="0"/>
          <w:i w:val="0"/>
        </w:rPr>
        <w:tab/>
        <w:t>Jan. 2025 - Mar. 2025</w:t>
      </w:r>
    </w:p>
    <w:p>
      <w:r>
        <w:rPr>
          <w:b w:val="0"/>
          <w:i/>
        </w:rPr>
        <w:t>IT and Networking Intern, Technology Division</w:t>
      </w:r>
    </w:p>
    <w:p>
      <w:pPr>
        <w:pStyle w:val="ListBullet"/>
        <w:widowControl/>
        <w:ind w:left="216" w:hanging="173"/>
      </w:pPr>
      <w:r>
        <w:t>Supported software development and networking work during a 3-month internship in the Technology Division.</w:t>
      </w:r>
    </w:p>
    <w:p>
      <w:pPr>
        <w:keepNext/>
        <w:tabs>
          <w:tab w:pos="10656" w:val="right"/>
        </w:tabs>
      </w:pPr>
      <w:r>
        <w:rPr>
          <w:b/>
          <w:i w:val="0"/>
        </w:rPr>
        <w:t>DMK E STORE</w:t>
      </w:r>
      <w:r>
        <w:rPr>
          <w:b w:val="0"/>
          <w:i w:val="0"/>
        </w:rPr>
        <w:tab/>
        <w:t>2025 - Present</w:t>
      </w:r>
    </w:p>
    <w:p>
      <w:r>
        <w:rPr>
          <w:b w:val="0"/>
          <w:i/>
        </w:rPr>
        <w:t>Owner &amp; CEO, a gaming e-Store entrepreneurial ventures</w:t>
      </w:r>
    </w:p>
    <w:p>
      <w:pPr>
        <w:pStyle w:val="ListBullet"/>
        <w:widowControl/>
        <w:ind w:left="216" w:hanging="173"/>
      </w:pPr>
      <w:r>
        <w:t>Generated PKR 2.5M+ in cumulative sales since 2025, while managing sourcing, pricing, and sales.</w:t>
      </w:r>
    </w:p>
    <w:p>
      <w:pPr>
        <w:pStyle w:val="Heading1"/>
        <w:pBdr>
          <w:bottom w:val="single" w:sz="4" w:space="1" w:color="888888"/>
        </w:pBdr>
      </w:pPr>
      <w:r>
        <w:t>CERTIFICATIONS AND TRAINING</w:t>
      </w:r>
    </w:p>
    <w:p>
      <w:pPr>
        <w:keepNext/>
        <w:tabs>
          <w:tab w:pos="10656" w:val="right"/>
        </w:tabs>
      </w:pPr>
      <w:r>
        <w:rPr>
          <w:b w:val="0"/>
          <w:i w:val="0"/>
          <w:sz w:val="20"/>
        </w:rPr>
        <w:t>IBM - AI Forms and Function</w:t>
      </w:r>
      <w:r>
        <w:rPr>
          <w:b w:val="0"/>
          <w:i w:val="0"/>
          <w:sz w:val="20"/>
        </w:rPr>
        <w:tab/>
        <w:t>Sep. 2026</w:t>
      </w:r>
    </w:p>
    <w:p>
      <w:pPr>
        <w:keepNext/>
        <w:tabs>
          <w:tab w:pos="10656" w:val="right"/>
        </w:tabs>
      </w:pPr>
      <w:r>
        <w:rPr>
          <w:b w:val="0"/>
          <w:i w:val="0"/>
          <w:sz w:val="20"/>
        </w:rPr>
        <w:t>HackerRank - Python Skill Test Certificate</w:t>
      </w:r>
      <w:r>
        <w:rPr>
          <w:b w:val="0"/>
          <w:i w:val="0"/>
          <w:sz w:val="20"/>
        </w:rPr>
        <w:tab/>
        <w:t>Sep. 2026</w:t>
      </w:r>
    </w:p>
    <w:p>
      <w:pPr>
        <w:keepNext/>
        <w:tabs>
          <w:tab w:pos="10656" w:val="right"/>
        </w:tabs>
      </w:pPr>
      <w:r>
        <w:rPr>
          <w:sz w:val="20"/>
        </w:rPr>
        <w:t>NAVTTC - CYBERSECURITY CEH</w:t>
      </w:r>
      <w:r>
        <w:rPr>
          <w:sz w:val="20"/>
        </w:rPr>
        <w:tab/>
        <w:t>May. 2026</w:t>
      </w:r>
    </w:p>
    <w:p>
      <w:r>
        <w:rPr>
          <w:b w:val="0"/>
          <w:i w:val="0"/>
          <w:sz w:val="20"/>
        </w:rPr>
        <w:t>Y Combinator - Working as a Software Engineer at a Start Up; Deloitte Australia - Technology Virtual Experience Program; EY - Technology Risk VirtualProgram; Master Card - Cybersecurity</w:t>
      </w:r>
    </w:p>
    <w:sectPr w:rsidR="00FC693F" w:rsidRPr="0006063C" w:rsidSect="00034616">
      <w:pgSz w:w="12240" w:h="15840"/>
      <w:pgMar w:top="634" w:right="792" w:bottom="634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/>
      <w:outlineLvl w:val="0"/>
    </w:pPr>
    <w:rPr>
      <w:rFonts w:ascii="Times New Roman" w:hAnsi="Times New Roman" w:eastAsia="Times New Roman" w:cs="Times New Roman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 w:eastAsia="Times New Roman" w:cs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pacing w:after="40"/>
    </w:pPr>
    <w:rPr>
      <w:rFonts w:ascii="Times New Roman" w:hAnsi="Times New Roman" w:eastAsia="Times New Roman" w:cs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" w:line="240" w:lineRule="auto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danishx951@gmail.com" TargetMode="External"/><Relationship Id="rId10" Type="http://schemas.openxmlformats.org/officeDocument/2006/relationships/hyperlink" Target="https://www.linkedin.com/in/danish-m-khalid/" TargetMode="External"/><Relationship Id="rId11" Type="http://schemas.openxmlformats.org/officeDocument/2006/relationships/hyperlink" Target="https://github.com/Idanish123" TargetMode="External"/><Relationship Id="rId12" Type="http://schemas.openxmlformats.org/officeDocument/2006/relationships/hyperlink" Target="https://github.com/Idanish123/rag-notebook" TargetMode="External"/><Relationship Id="rId13" Type="http://schemas.openxmlformats.org/officeDocument/2006/relationships/hyperlink" Target="https://github.com/Idanish123/Synapse_AgenticAI-MarketResearchTool" TargetMode="External"/><Relationship Id="rId14" Type="http://schemas.openxmlformats.org/officeDocument/2006/relationships/hyperlink" Target="https://github.com/Idanish123/sign-Language_app" TargetMode="External"/><Relationship Id="rId15" Type="http://schemas.openxmlformats.org/officeDocument/2006/relationships/hyperlink" Target="https://danish-mehmood-ai.vercel.a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Syed Muhammad Danish Mehmood Agentic AI Trainee Resume</dc:title>
  <dc:subject>Agentic AI Trainee application</dc:subject>
  <dc:creator>Syed Muhammad Danish Mehmood</dc:creator>
  <cp:keywords/>
  <dc:description>generated by python-docx</dc:description>
  <cp:lastModifiedBy/>
  <cp:revision>1</cp:revision>
  <dcterms:created xsi:type="dcterms:W3CDTF">2013-12-23T23:15:00Z</dcterms:created>
  <dcterms:modified xsi:type="dcterms:W3CDTF">2026-10-20T18:03:16Z</dcterms:modified>
  <cp:category/>
</cp:coreProperties>
</file>